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E78A7" w14:textId="4D365A3D" w:rsidR="00B1242F" w:rsidRPr="00C04BF0" w:rsidRDefault="00B51C79" w:rsidP="001A285F">
      <w:pPr>
        <w:pStyle w:val="Titre"/>
        <w:rPr>
          <w:lang w:val="fr-CA"/>
        </w:rPr>
      </w:pPr>
      <w:r w:rsidRPr="00C04BF0">
        <w:rPr>
          <w:lang w:val="fr-CA"/>
        </w:rPr>
        <w:t>Manifestation d’intérêt</w:t>
      </w:r>
      <w:r w:rsidR="005333C4">
        <w:rPr>
          <w:lang w:val="fr-CA"/>
        </w:rPr>
        <w:t xml:space="preserve"> </w:t>
      </w:r>
      <w:r w:rsidR="001A285F">
        <w:rPr>
          <w:lang w:val="fr-CA"/>
        </w:rPr>
        <w:t>pour un logement à</w:t>
      </w:r>
      <w:r w:rsidRPr="00C04BF0">
        <w:rPr>
          <w:lang w:val="fr-CA"/>
        </w:rPr>
        <w:t xml:space="preserve"> L’Envolée</w:t>
      </w:r>
    </w:p>
    <w:p w14:paraId="6A478AF0" w14:textId="3C33E43E" w:rsidR="00B1242F" w:rsidRPr="00C04BF0" w:rsidRDefault="00B51C79">
      <w:pPr>
        <w:rPr>
          <w:lang w:val="fr-CA"/>
        </w:rPr>
      </w:pPr>
      <w:r w:rsidRPr="00C04BF0">
        <w:rPr>
          <w:lang w:val="fr-CA"/>
        </w:rPr>
        <w:t xml:space="preserve">Ce formulaire constitue une première étape pour nous permettre de mieux connaître les personnes intéressées à vivre à L’Envolée et de vérifier </w:t>
      </w:r>
      <w:r w:rsidR="00042CF9" w:rsidRPr="00042CF9">
        <w:rPr>
          <w:lang w:val="fr-CA"/>
        </w:rPr>
        <w:t>si leur profil correspond aux principaux critères d’admissibilité</w:t>
      </w:r>
      <w:r w:rsidRPr="00C04BF0">
        <w:rPr>
          <w:lang w:val="fr-CA"/>
        </w:rPr>
        <w:t>.</w:t>
      </w:r>
    </w:p>
    <w:p w14:paraId="55AA0515" w14:textId="6B9C7093" w:rsidR="00B1242F" w:rsidRPr="00C04BF0" w:rsidRDefault="00B51C79" w:rsidP="008D7B8B">
      <w:pPr>
        <w:spacing w:after="0"/>
        <w:rPr>
          <w:lang w:val="fr-CA"/>
        </w:rPr>
      </w:pPr>
      <w:r w:rsidRPr="00C04BF0">
        <w:rPr>
          <w:b/>
          <w:lang w:val="fr-CA"/>
        </w:rPr>
        <w:t xml:space="preserve">Il ne constitue pas une demande officielle de </w:t>
      </w:r>
      <w:r w:rsidR="006D7635" w:rsidRPr="00C04BF0">
        <w:rPr>
          <w:b/>
          <w:lang w:val="fr-CA"/>
        </w:rPr>
        <w:t>logement</w:t>
      </w:r>
      <w:r w:rsidR="006D7635">
        <w:rPr>
          <w:b/>
          <w:lang w:val="fr-CA"/>
        </w:rPr>
        <w:t xml:space="preserve"> </w:t>
      </w:r>
      <w:r w:rsidR="006D7635" w:rsidRPr="00C04BF0">
        <w:rPr>
          <w:b/>
          <w:lang w:val="fr-CA"/>
        </w:rPr>
        <w:t>ni</w:t>
      </w:r>
      <w:r w:rsidRPr="00C04BF0">
        <w:rPr>
          <w:b/>
          <w:lang w:val="fr-CA"/>
        </w:rPr>
        <w:t xml:space="preserve"> une garantie d’admissibilité.</w:t>
      </w:r>
    </w:p>
    <w:p w14:paraId="7691E60B" w14:textId="77777777" w:rsidR="00B1242F" w:rsidRPr="00C04BF0" w:rsidRDefault="00B51C79" w:rsidP="008D7B8B">
      <w:pPr>
        <w:pStyle w:val="Titre1"/>
        <w:spacing w:before="240"/>
        <w:rPr>
          <w:lang w:val="fr-CA"/>
        </w:rPr>
      </w:pPr>
      <w:r w:rsidRPr="00C04BF0">
        <w:rPr>
          <w:lang w:val="fr-CA"/>
        </w:rPr>
        <w:t>1. Informations personnelles</w:t>
      </w:r>
    </w:p>
    <w:p w14:paraId="56333805" w14:textId="1D46F6C0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 xml:space="preserve">Prénom et nom : </w:t>
      </w:r>
      <w:r w:rsidRPr="00C04BF0">
        <w:rPr>
          <w:lang w:val="fr-CA"/>
        </w:rPr>
        <w:t>______________________________________________________</w:t>
      </w:r>
    </w:p>
    <w:p w14:paraId="05F8F3C2" w14:textId="491D01F0" w:rsidR="00B1242F" w:rsidRPr="00C04BF0" w:rsidRDefault="00F22C29">
      <w:pPr>
        <w:rPr>
          <w:lang w:val="fr-CA"/>
        </w:rPr>
      </w:pPr>
      <w:r>
        <w:rPr>
          <w:b/>
          <w:lang w:val="fr-CA"/>
        </w:rPr>
        <w:t>Adresse c</w:t>
      </w:r>
      <w:r w:rsidR="00B51C79" w:rsidRPr="00C04BF0">
        <w:rPr>
          <w:b/>
          <w:lang w:val="fr-CA"/>
        </w:rPr>
        <w:t xml:space="preserve">ourriel : </w:t>
      </w:r>
      <w:r w:rsidR="00B51C79" w:rsidRPr="00C04BF0">
        <w:rPr>
          <w:lang w:val="fr-CA"/>
        </w:rPr>
        <w:t>______________________________________________________</w:t>
      </w:r>
    </w:p>
    <w:p w14:paraId="3AAC0815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 xml:space="preserve">Téléphone : </w:t>
      </w:r>
      <w:r w:rsidRPr="00C04BF0">
        <w:rPr>
          <w:lang w:val="fr-CA"/>
        </w:rPr>
        <w:t>____________________________________________________________</w:t>
      </w:r>
    </w:p>
    <w:p w14:paraId="74BEE6B7" w14:textId="4E3A1E39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>Ville de résidence</w:t>
      </w:r>
      <w:r w:rsidR="006D7635">
        <w:rPr>
          <w:b/>
          <w:lang w:val="fr-CA"/>
        </w:rPr>
        <w:t xml:space="preserve"> actuelle</w:t>
      </w:r>
      <w:r w:rsidRPr="00C04BF0">
        <w:rPr>
          <w:b/>
          <w:lang w:val="fr-CA"/>
        </w:rPr>
        <w:t xml:space="preserve"> : </w:t>
      </w:r>
      <w:r w:rsidRPr="00C04BF0">
        <w:rPr>
          <w:lang w:val="fr-CA"/>
        </w:rPr>
        <w:t>___________________________________________</w:t>
      </w:r>
    </w:p>
    <w:p w14:paraId="5A88545D" w14:textId="29B1E6CD" w:rsidR="006D7635" w:rsidRDefault="006D7635" w:rsidP="006D7635">
      <w:pPr>
        <w:rPr>
          <w:lang w:val="fr-CA"/>
        </w:rPr>
      </w:pPr>
      <w:r>
        <w:rPr>
          <w:b/>
          <w:lang w:val="fr-CA"/>
        </w:rPr>
        <w:t>Date de naissance</w:t>
      </w:r>
      <w:r w:rsidRPr="00C04BF0">
        <w:rPr>
          <w:b/>
          <w:lang w:val="fr-CA"/>
        </w:rPr>
        <w:t xml:space="preserve"> : </w:t>
      </w:r>
      <w:r w:rsidRPr="00C04BF0">
        <w:rPr>
          <w:lang w:val="fr-CA"/>
        </w:rPr>
        <w:t>__________________________________________________</w:t>
      </w:r>
    </w:p>
    <w:p w14:paraId="3EC0B775" w14:textId="6E168E4E" w:rsidR="000B49A6" w:rsidRPr="00C04BF0" w:rsidRDefault="000B49A6" w:rsidP="008D7B8B">
      <w:pPr>
        <w:spacing w:after="240"/>
        <w:rPr>
          <w:lang w:val="fr-CA"/>
        </w:rPr>
      </w:pPr>
      <w:r w:rsidRPr="000B49A6">
        <w:rPr>
          <w:b/>
          <w:bCs/>
          <w:lang w:val="fr-CA"/>
        </w:rPr>
        <w:t>Avez-vous 18 ans ou plus?</w:t>
      </w:r>
      <w:r w:rsidRPr="000B49A6">
        <w:rPr>
          <w:lang w:val="fr-CA"/>
        </w:rPr>
        <w:t xml:space="preserve"> </w:t>
      </w:r>
      <w:r>
        <w:rPr>
          <w:lang w:val="fr-CA"/>
        </w:rPr>
        <w:t xml:space="preserve">      </w:t>
      </w:r>
      <w:r w:rsidRPr="000B49A6">
        <w:rPr>
          <w:lang w:val="fr-CA"/>
        </w:rPr>
        <w:t xml:space="preserve"> </w:t>
      </w:r>
      <w:r w:rsidRPr="008D7B8B">
        <w:rPr>
          <w:lang w:val="fr-CA"/>
        </w:rPr>
        <w:t>☐ Oui ☐ Non</w:t>
      </w:r>
    </w:p>
    <w:p w14:paraId="09AA5EEB" w14:textId="706C636E" w:rsidR="00B1242F" w:rsidRPr="00C04BF0" w:rsidRDefault="00B51C79" w:rsidP="008D7B8B">
      <w:pPr>
        <w:pStyle w:val="Titre1"/>
        <w:spacing w:before="0"/>
        <w:rPr>
          <w:lang w:val="fr-CA"/>
        </w:rPr>
      </w:pPr>
      <w:r w:rsidRPr="00C04BF0">
        <w:rPr>
          <w:lang w:val="fr-CA"/>
        </w:rPr>
        <w:t xml:space="preserve">2. </w:t>
      </w:r>
      <w:r w:rsidR="000474C8">
        <w:rPr>
          <w:lang w:val="fr-CA"/>
        </w:rPr>
        <w:t>D</w:t>
      </w:r>
      <w:r w:rsidRPr="00C04BF0">
        <w:rPr>
          <w:lang w:val="fr-CA"/>
        </w:rPr>
        <w:t>iagnostic</w:t>
      </w:r>
      <w:r w:rsidR="000474C8">
        <w:rPr>
          <w:lang w:val="fr-CA"/>
        </w:rPr>
        <w:t xml:space="preserve"> d’autisme</w:t>
      </w:r>
    </w:p>
    <w:p w14:paraId="5F3123FE" w14:textId="3CBB465D" w:rsidR="00B7342B" w:rsidRDefault="00B51C79" w:rsidP="00B7342B">
      <w:pPr>
        <w:spacing w:after="60"/>
        <w:rPr>
          <w:b/>
          <w:lang w:val="fr-CA"/>
        </w:rPr>
      </w:pPr>
      <w:r w:rsidRPr="00C04BF0">
        <w:rPr>
          <w:b/>
          <w:lang w:val="fr-CA"/>
        </w:rPr>
        <w:t>Avez-vous reçu un diagnosti</w:t>
      </w:r>
      <w:r w:rsidR="0013265F">
        <w:rPr>
          <w:b/>
          <w:lang w:val="fr-CA"/>
        </w:rPr>
        <w:t>c</w:t>
      </w:r>
      <w:r w:rsidRPr="00C04BF0">
        <w:rPr>
          <w:b/>
          <w:lang w:val="fr-CA"/>
        </w:rPr>
        <w:t xml:space="preserve"> d</w:t>
      </w:r>
      <w:r w:rsidR="00033B6F">
        <w:rPr>
          <w:b/>
          <w:lang w:val="fr-CA"/>
        </w:rPr>
        <w:t>’</w:t>
      </w:r>
      <w:r w:rsidRPr="00C04BF0">
        <w:rPr>
          <w:b/>
          <w:lang w:val="fr-CA"/>
        </w:rPr>
        <w:t>autisme sans déficience intellectuelle</w:t>
      </w:r>
      <w:r w:rsidR="00EE3B32">
        <w:rPr>
          <w:b/>
          <w:lang w:val="fr-CA"/>
        </w:rPr>
        <w:t xml:space="preserve"> (</w:t>
      </w:r>
      <w:r w:rsidR="00EE3B32" w:rsidRPr="00C04BF0">
        <w:rPr>
          <w:b/>
          <w:lang w:val="fr-CA"/>
        </w:rPr>
        <w:t>niveau 1 selon le DSM-5</w:t>
      </w:r>
      <w:r w:rsidR="00EE3B32">
        <w:rPr>
          <w:b/>
          <w:lang w:val="fr-CA"/>
        </w:rPr>
        <w:t xml:space="preserve">) </w:t>
      </w:r>
      <w:r w:rsidRPr="00C04BF0">
        <w:rPr>
          <w:b/>
          <w:lang w:val="fr-CA"/>
        </w:rPr>
        <w:t xml:space="preserve">?  </w:t>
      </w:r>
    </w:p>
    <w:p w14:paraId="680825F9" w14:textId="0E2FEA03" w:rsidR="00B1242F" w:rsidRPr="00C04BF0" w:rsidRDefault="00B51C79" w:rsidP="0017128F">
      <w:pPr>
        <w:spacing w:after="60"/>
        <w:rPr>
          <w:lang w:val="fr-CA"/>
        </w:rPr>
      </w:pPr>
      <w:r w:rsidRPr="00C04BF0">
        <w:rPr>
          <w:lang w:val="fr-CA"/>
        </w:rPr>
        <w:t>☐ Oui    ☐ Non</w:t>
      </w:r>
    </w:p>
    <w:p w14:paraId="4111A16C" w14:textId="393119CB" w:rsidR="00B1242F" w:rsidRPr="00C04BF0" w:rsidRDefault="00B51C79" w:rsidP="008D7B8B">
      <w:pPr>
        <w:spacing w:after="0"/>
        <w:rPr>
          <w:lang w:val="fr-CA"/>
        </w:rPr>
      </w:pPr>
      <w:r w:rsidRPr="00C04BF0">
        <w:rPr>
          <w:i/>
          <w:lang w:val="fr-CA"/>
        </w:rPr>
        <w:t xml:space="preserve">À une étape ultérieure du processus, </w:t>
      </w:r>
      <w:r w:rsidR="00C07E5B">
        <w:rPr>
          <w:i/>
          <w:lang w:val="fr-CA"/>
        </w:rPr>
        <w:t>le</w:t>
      </w:r>
      <w:r w:rsidRPr="00C04BF0">
        <w:rPr>
          <w:i/>
          <w:lang w:val="fr-CA"/>
        </w:rPr>
        <w:t xml:space="preserve"> rapport </w:t>
      </w:r>
      <w:r w:rsidR="008D7B8B" w:rsidRPr="00C04BF0">
        <w:rPr>
          <w:i/>
          <w:lang w:val="fr-CA"/>
        </w:rPr>
        <w:t>diagnosti</w:t>
      </w:r>
      <w:r w:rsidR="008D7B8B">
        <w:rPr>
          <w:i/>
          <w:lang w:val="fr-CA"/>
        </w:rPr>
        <w:t>c</w:t>
      </w:r>
      <w:r w:rsidRPr="00C04BF0">
        <w:rPr>
          <w:i/>
          <w:lang w:val="fr-CA"/>
        </w:rPr>
        <w:t xml:space="preserve"> complet </w:t>
      </w:r>
      <w:r w:rsidR="0017128F">
        <w:rPr>
          <w:i/>
          <w:lang w:val="fr-CA"/>
        </w:rPr>
        <w:t>sera</w:t>
      </w:r>
      <w:r w:rsidRPr="00C04BF0">
        <w:rPr>
          <w:i/>
          <w:lang w:val="fr-CA"/>
        </w:rPr>
        <w:t xml:space="preserve"> demandé. Il n’est pas nécessaire de le joindre à cette manifestation d’intérêt.</w:t>
      </w:r>
    </w:p>
    <w:p w14:paraId="5C6A7104" w14:textId="77777777" w:rsidR="00B1242F" w:rsidRPr="00C04BF0" w:rsidRDefault="00B51C79" w:rsidP="008D7B8B">
      <w:pPr>
        <w:pStyle w:val="Titre1"/>
        <w:spacing w:before="240"/>
        <w:rPr>
          <w:lang w:val="fr-CA"/>
        </w:rPr>
      </w:pPr>
      <w:r w:rsidRPr="00C04BF0">
        <w:rPr>
          <w:lang w:val="fr-CA"/>
        </w:rPr>
        <w:t>3. Vie en logement autonome</w:t>
      </w:r>
    </w:p>
    <w:p w14:paraId="257E5049" w14:textId="72A1420E" w:rsidR="0077136B" w:rsidRPr="0077136B" w:rsidRDefault="0077136B" w:rsidP="0077136B">
      <w:pPr>
        <w:spacing w:after="60"/>
        <w:rPr>
          <w:lang w:val="fr-CA"/>
        </w:rPr>
      </w:pPr>
      <w:r w:rsidRPr="0077136B">
        <w:rPr>
          <w:b/>
          <w:bCs/>
          <w:lang w:val="fr-CA"/>
        </w:rPr>
        <w:t xml:space="preserve">Quel </w:t>
      </w:r>
      <w:r>
        <w:rPr>
          <w:b/>
          <w:bCs/>
          <w:lang w:val="fr-CA"/>
        </w:rPr>
        <w:t>énoncé</w:t>
      </w:r>
      <w:r w:rsidRPr="0077136B">
        <w:rPr>
          <w:b/>
          <w:bCs/>
          <w:lang w:val="fr-CA"/>
        </w:rPr>
        <w:t xml:space="preserve"> décrit le mieux votre situation actuelle?</w:t>
      </w:r>
    </w:p>
    <w:p w14:paraId="79DACD9E" w14:textId="77777777" w:rsidR="0077136B" w:rsidRPr="0077136B" w:rsidRDefault="0077136B" w:rsidP="0077136B">
      <w:pPr>
        <w:rPr>
          <w:lang w:val="fr-CA"/>
        </w:rPr>
      </w:pPr>
      <w:r w:rsidRPr="0077136B">
        <w:rPr>
          <w:lang w:val="fr-CA"/>
        </w:rPr>
        <w:t>☐ Je vis actuellement dans mon propre logement de façon autonome.</w:t>
      </w:r>
    </w:p>
    <w:p w14:paraId="5A0F2314" w14:textId="77777777" w:rsidR="0077136B" w:rsidRPr="0077136B" w:rsidRDefault="0077136B" w:rsidP="0077136B">
      <w:pPr>
        <w:rPr>
          <w:lang w:val="fr-CA"/>
        </w:rPr>
      </w:pPr>
      <w:r w:rsidRPr="0077136B">
        <w:rPr>
          <w:lang w:val="fr-CA"/>
        </w:rPr>
        <w:t>☐ Je vis actuellement dans mon propre logement avec du soutien ou de l’accompagnement.</w:t>
      </w:r>
    </w:p>
    <w:p w14:paraId="4B321CED" w14:textId="77777777" w:rsidR="0077136B" w:rsidRDefault="0077136B" w:rsidP="0077136B">
      <w:pPr>
        <w:rPr>
          <w:lang w:val="fr-CA"/>
        </w:rPr>
      </w:pPr>
      <w:r w:rsidRPr="0077136B">
        <w:rPr>
          <w:lang w:val="fr-CA"/>
        </w:rPr>
        <w:t>☐ Je vis avec ma famille ou un proche et je me prépare progressivement à vivre dans mon propre logement.</w:t>
      </w:r>
    </w:p>
    <w:p w14:paraId="527F9BDF" w14:textId="64284D60" w:rsidR="0076794B" w:rsidRPr="0076794B" w:rsidRDefault="0076794B" w:rsidP="0077136B">
      <w:pPr>
        <w:rPr>
          <w:lang w:val="fr-CA"/>
        </w:rPr>
      </w:pPr>
      <w:r w:rsidRPr="0076794B">
        <w:rPr>
          <w:lang w:val="fr-CA"/>
        </w:rPr>
        <w:t>☐ Je vis avec ma famille ou un proche, mais je gère déjà de façon autonome plusieurs aspects de mon quotidien.</w:t>
      </w:r>
    </w:p>
    <w:p w14:paraId="14044728" w14:textId="0FF0B751" w:rsidR="00A7628F" w:rsidRPr="0077136B" w:rsidRDefault="0077136B" w:rsidP="00A7628F">
      <w:pPr>
        <w:spacing w:after="60"/>
        <w:rPr>
          <w:lang w:val="fr-CA"/>
        </w:rPr>
      </w:pPr>
      <w:r w:rsidRPr="0077136B">
        <w:rPr>
          <w:lang w:val="fr-CA"/>
        </w:rPr>
        <w:t>☐ Je vis actuellement dans une autre forme de milieu de vie ou d’hébergement</w:t>
      </w:r>
      <w:r w:rsidR="00A7628F">
        <w:rPr>
          <w:lang w:val="fr-CA"/>
        </w:rPr>
        <w:t>.</w:t>
      </w:r>
    </w:p>
    <w:p w14:paraId="17F33E16" w14:textId="7A642852" w:rsidR="0077136B" w:rsidRDefault="00A7628F" w:rsidP="00A7628F">
      <w:pPr>
        <w:ind w:firstLine="284"/>
        <w:rPr>
          <w:lang w:val="fr-CA"/>
        </w:rPr>
      </w:pPr>
      <w:r w:rsidRPr="00A7628F">
        <w:rPr>
          <w:b/>
          <w:bCs/>
          <w:lang w:val="fr-CA"/>
        </w:rPr>
        <w:t>Précisez</w:t>
      </w:r>
      <w:r w:rsidR="0077136B" w:rsidRPr="0077136B">
        <w:rPr>
          <w:lang w:val="fr-CA"/>
        </w:rPr>
        <w:t xml:space="preserve"> : _______________________________</w:t>
      </w:r>
    </w:p>
    <w:p w14:paraId="40ED4518" w14:textId="782A30D2" w:rsidR="007A4479" w:rsidRPr="0077136B" w:rsidRDefault="007A4479" w:rsidP="00A53E40">
      <w:pPr>
        <w:rPr>
          <w:lang w:val="fr-CA"/>
        </w:rPr>
      </w:pPr>
      <w:r w:rsidRPr="007A4479">
        <w:rPr>
          <w:b/>
          <w:bCs/>
          <w:lang w:val="fr-CA"/>
        </w:rPr>
        <w:t>Avez-vous déjà vécu dans votre propre logement?</w:t>
      </w:r>
      <w:r w:rsidRPr="007A4479">
        <w:rPr>
          <w:lang w:val="fr-CA"/>
        </w:rPr>
        <w:br/>
      </w:r>
      <w:r w:rsidRPr="00042CF9">
        <w:rPr>
          <w:lang w:val="fr-CA"/>
        </w:rPr>
        <w:t>☐ Oui</w:t>
      </w:r>
      <w:r w:rsidRPr="007A4479">
        <w:t> </w:t>
      </w:r>
      <w:r w:rsidRPr="00042CF9">
        <w:rPr>
          <w:lang w:val="fr-CA"/>
        </w:rPr>
        <w:t>☐ Non</w:t>
      </w:r>
    </w:p>
    <w:p w14:paraId="7141A4B2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>Quels aspects de la vie autonome souhaitez-vous particulièrement développer ou consolider?</w:t>
      </w:r>
    </w:p>
    <w:p w14:paraId="7E583A92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746DC600" w14:textId="68E63821" w:rsidR="00F40E4C" w:rsidRPr="00C04BF0" w:rsidRDefault="00B51C79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3D8D824F" w14:textId="77777777" w:rsidR="00B1242F" w:rsidRPr="00C04BF0" w:rsidRDefault="00B51C79">
      <w:pPr>
        <w:pStyle w:val="Titre1"/>
        <w:rPr>
          <w:lang w:val="fr-CA"/>
        </w:rPr>
      </w:pPr>
      <w:r w:rsidRPr="00C04BF0">
        <w:rPr>
          <w:lang w:val="fr-CA"/>
        </w:rPr>
        <w:lastRenderedPageBreak/>
        <w:t>4. Accompagnement et soutien</w:t>
      </w:r>
    </w:p>
    <w:p w14:paraId="08F16754" w14:textId="77777777" w:rsidR="00DF7E09" w:rsidRDefault="00B51C79" w:rsidP="00DF7E09">
      <w:pPr>
        <w:spacing w:after="60"/>
        <w:rPr>
          <w:b/>
          <w:lang w:val="fr-CA"/>
        </w:rPr>
      </w:pPr>
      <w:r w:rsidRPr="00C04BF0">
        <w:rPr>
          <w:b/>
          <w:lang w:val="fr-CA"/>
        </w:rPr>
        <w:t xml:space="preserve">Êtes-vous ouvert(e) à recevoir l’accompagnement offert à L’Envolée et à travailler sur des objectifs favorisant votre autonomie et votre participation au milieu de vie? </w:t>
      </w:r>
    </w:p>
    <w:p w14:paraId="467FB5DA" w14:textId="63568321" w:rsidR="00481E40" w:rsidRDefault="00B51C79">
      <w:pPr>
        <w:rPr>
          <w:lang w:val="fr-CA"/>
        </w:rPr>
      </w:pPr>
      <w:r w:rsidRPr="00C04BF0">
        <w:rPr>
          <w:b/>
          <w:lang w:val="fr-CA"/>
        </w:rPr>
        <w:t xml:space="preserve"> </w:t>
      </w:r>
      <w:r w:rsidRPr="00C04BF0">
        <w:rPr>
          <w:lang w:val="fr-CA"/>
        </w:rPr>
        <w:t>☐ Oui    ☐ Non</w:t>
      </w:r>
    </w:p>
    <w:p w14:paraId="49FE7AC4" w14:textId="72368FA1" w:rsidR="00DF7E09" w:rsidRDefault="00B51C79" w:rsidP="00DF7E09">
      <w:pPr>
        <w:spacing w:after="60"/>
        <w:rPr>
          <w:b/>
          <w:lang w:val="fr-CA"/>
        </w:rPr>
      </w:pPr>
      <w:r w:rsidRPr="00C04BF0">
        <w:rPr>
          <w:b/>
          <w:lang w:val="fr-CA"/>
        </w:rPr>
        <w:t>Pouvez-vous compter sur un proche aidant ou sur des ressources du milieu pour certains besoins</w:t>
      </w:r>
      <w:r w:rsidR="006F363C">
        <w:rPr>
          <w:b/>
          <w:lang w:val="fr-CA"/>
        </w:rPr>
        <w:t xml:space="preserve"> </w:t>
      </w:r>
      <w:r w:rsidRPr="00C04BF0">
        <w:rPr>
          <w:b/>
          <w:lang w:val="fr-CA"/>
        </w:rPr>
        <w:t xml:space="preserve">?  </w:t>
      </w:r>
    </w:p>
    <w:p w14:paraId="23E47B4D" w14:textId="77777777" w:rsidR="00A53E40" w:rsidRDefault="00B51C79">
      <w:pPr>
        <w:rPr>
          <w:lang w:val="fr-CA"/>
        </w:rPr>
      </w:pPr>
      <w:r w:rsidRPr="00C04BF0">
        <w:rPr>
          <w:lang w:val="fr-CA"/>
        </w:rPr>
        <w:t>☐ Oui    ☐ Non</w:t>
      </w:r>
    </w:p>
    <w:p w14:paraId="1403F601" w14:textId="77777777" w:rsidR="00A65086" w:rsidRPr="00A65086" w:rsidRDefault="00A65086" w:rsidP="006F363C">
      <w:pPr>
        <w:rPr>
          <w:b/>
          <w:bCs/>
          <w:lang w:val="fr-CA"/>
        </w:rPr>
      </w:pPr>
      <w:r w:rsidRPr="00A65086">
        <w:rPr>
          <w:b/>
          <w:bCs/>
          <w:lang w:val="fr-CA"/>
        </w:rPr>
        <w:t>Précisez le soutien dont vous bénéficiez actuellement et, s’il y a lieu, les besoins pour lesquels vous n’avez pas de soutien :</w:t>
      </w:r>
    </w:p>
    <w:p w14:paraId="0A01107D" w14:textId="33BDD0E7" w:rsidR="006F363C" w:rsidRPr="00C04BF0" w:rsidRDefault="006F363C" w:rsidP="006F363C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6FB1907D" w14:textId="0382733A" w:rsidR="006F363C" w:rsidRPr="00C04BF0" w:rsidRDefault="006F363C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61F63E08" w14:textId="77777777" w:rsidR="00B1242F" w:rsidRPr="00C04BF0" w:rsidRDefault="00B51C79">
      <w:pPr>
        <w:pStyle w:val="Titre1"/>
        <w:rPr>
          <w:lang w:val="fr-CA"/>
        </w:rPr>
      </w:pPr>
      <w:r w:rsidRPr="00C04BF0">
        <w:rPr>
          <w:lang w:val="fr-CA"/>
        </w:rPr>
        <w:t>5. Motivation et vie coopérative</w:t>
      </w:r>
    </w:p>
    <w:p w14:paraId="3EB6AB19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>Pourquoi souhaitez-vous vivre à L’Envolée?</w:t>
      </w:r>
    </w:p>
    <w:p w14:paraId="00CEB108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146A364F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49B2233B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6039E97D" w14:textId="4868F89F" w:rsidR="00BC6D8B" w:rsidRDefault="00B51C79" w:rsidP="00BC6D8B">
      <w:pPr>
        <w:spacing w:after="60"/>
        <w:rPr>
          <w:b/>
          <w:lang w:val="fr-CA"/>
        </w:rPr>
      </w:pPr>
      <w:r w:rsidRPr="00C04BF0">
        <w:rPr>
          <w:b/>
          <w:lang w:val="fr-CA"/>
        </w:rPr>
        <w:t xml:space="preserve">Êtes-vous intéressé(e) à </w:t>
      </w:r>
      <w:r w:rsidR="001E6B95">
        <w:rPr>
          <w:b/>
          <w:lang w:val="fr-CA"/>
        </w:rPr>
        <w:t>vous impliquer</w:t>
      </w:r>
      <w:r w:rsidRPr="00C04BF0">
        <w:rPr>
          <w:b/>
          <w:lang w:val="fr-CA"/>
        </w:rPr>
        <w:t xml:space="preserve"> </w:t>
      </w:r>
      <w:r w:rsidR="007B290F">
        <w:rPr>
          <w:b/>
          <w:lang w:val="fr-CA"/>
        </w:rPr>
        <w:t xml:space="preserve">activement </w:t>
      </w:r>
      <w:r w:rsidR="00727CF7">
        <w:rPr>
          <w:b/>
          <w:lang w:val="fr-CA"/>
        </w:rPr>
        <w:t>dans</w:t>
      </w:r>
      <w:r w:rsidRPr="00C04BF0">
        <w:rPr>
          <w:b/>
          <w:lang w:val="fr-CA"/>
        </w:rPr>
        <w:t xml:space="preserve"> la vie de la Coopérative? </w:t>
      </w:r>
    </w:p>
    <w:p w14:paraId="51FE6C0E" w14:textId="4223532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 xml:space="preserve"> </w:t>
      </w:r>
      <w:r w:rsidRPr="00C04BF0">
        <w:rPr>
          <w:lang w:val="fr-CA"/>
        </w:rPr>
        <w:t xml:space="preserve">☐ Oui    ☐ Non  </w:t>
      </w:r>
    </w:p>
    <w:p w14:paraId="28844089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>Quels types d’activités ou d’implication pourraient vous intéresser?</w:t>
      </w:r>
    </w:p>
    <w:p w14:paraId="74AC8D60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1AB89244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________________________________________________________________________________</w:t>
      </w:r>
    </w:p>
    <w:p w14:paraId="35CFEDE1" w14:textId="2FBEC875" w:rsidR="00B1242F" w:rsidRPr="00C04BF0" w:rsidRDefault="00B51C79">
      <w:pPr>
        <w:pStyle w:val="Titre1"/>
        <w:rPr>
          <w:lang w:val="fr-CA"/>
        </w:rPr>
      </w:pPr>
      <w:r w:rsidRPr="00C04BF0">
        <w:rPr>
          <w:lang w:val="fr-CA"/>
        </w:rPr>
        <w:t xml:space="preserve">6. </w:t>
      </w:r>
      <w:r w:rsidR="00676F37">
        <w:rPr>
          <w:lang w:val="fr-CA"/>
        </w:rPr>
        <w:t>Autres</w:t>
      </w:r>
      <w:r w:rsidRPr="00C04BF0">
        <w:rPr>
          <w:lang w:val="fr-CA"/>
        </w:rPr>
        <w:t xml:space="preserve"> critères d’admissibilité</w:t>
      </w:r>
    </w:p>
    <w:p w14:paraId="04E5ACE7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Veuillez confirmer les éléments suivants :</w:t>
      </w:r>
    </w:p>
    <w:p w14:paraId="7A26DD6D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☐ Je suis citoyen(ne) canadien(ne) ou résident(e) permanent(e).</w:t>
      </w:r>
    </w:p>
    <w:p w14:paraId="400991B0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☐ Je réside actuellement au Québec.</w:t>
      </w:r>
    </w:p>
    <w:p w14:paraId="4A26E6C7" w14:textId="2AE7E554" w:rsidR="00B1242F" w:rsidRPr="00C04BF0" w:rsidRDefault="00B51C79">
      <w:pPr>
        <w:rPr>
          <w:lang w:val="fr-CA"/>
        </w:rPr>
      </w:pPr>
      <w:r w:rsidRPr="00C04BF0">
        <w:rPr>
          <w:lang w:val="fr-CA"/>
        </w:rPr>
        <w:t xml:space="preserve">☐ </w:t>
      </w:r>
      <w:r w:rsidR="00491C39" w:rsidRPr="00491C39">
        <w:rPr>
          <w:lang w:val="fr-CA"/>
        </w:rPr>
        <w:t>Je comprends que la priorité est accordée aux personnes ayant résidé en Estrie pendant au moins 12 mois au cours des 24 derniers mois</w:t>
      </w:r>
      <w:r w:rsidRPr="00C04BF0">
        <w:rPr>
          <w:lang w:val="fr-CA"/>
        </w:rPr>
        <w:t>.</w:t>
      </w:r>
    </w:p>
    <w:p w14:paraId="517031F7" w14:textId="023D0EC2" w:rsidR="00B1242F" w:rsidRDefault="00B51C79">
      <w:pPr>
        <w:rPr>
          <w:lang w:val="fr-CA"/>
        </w:rPr>
      </w:pPr>
      <w:r w:rsidRPr="00C04BF0">
        <w:rPr>
          <w:lang w:val="fr-CA"/>
        </w:rPr>
        <w:t xml:space="preserve">☐ </w:t>
      </w:r>
      <w:r w:rsidR="00FD6875" w:rsidRPr="00FD6875">
        <w:rPr>
          <w:lang w:val="fr-CA"/>
        </w:rPr>
        <w:t xml:space="preserve">Je comprends que le revenu de mon ménage doit être égal ou inférieur au montant maximal établi pour le Programme de supplément au loyer (PSL), soit, à titre indicatif, 35 500 $ </w:t>
      </w:r>
      <w:r w:rsidR="00FD6875" w:rsidRPr="00E71E4E">
        <w:rPr>
          <w:lang w:val="fr-CA"/>
        </w:rPr>
        <w:t>en 202</w:t>
      </w:r>
      <w:r w:rsidR="00607EA4" w:rsidRPr="00E71E4E">
        <w:rPr>
          <w:lang w:val="fr-CA"/>
        </w:rPr>
        <w:t>6</w:t>
      </w:r>
      <w:r w:rsidRPr="00E71E4E">
        <w:rPr>
          <w:lang w:val="fr-CA"/>
        </w:rPr>
        <w:t>.</w:t>
      </w:r>
    </w:p>
    <w:p w14:paraId="067E99A2" w14:textId="6BFA9C28" w:rsidR="00F57057" w:rsidRPr="00F57057" w:rsidRDefault="00F57057">
      <w:pPr>
        <w:rPr>
          <w:lang w:val="fr-CA"/>
        </w:rPr>
      </w:pPr>
      <w:r w:rsidRPr="00F57057">
        <w:rPr>
          <w:lang w:val="fr-CA"/>
        </w:rPr>
        <w:t>☐ Je comprends que le logement doit être occupé par une personne seule sans enfant ou par un couple sans enfant.</w:t>
      </w:r>
    </w:p>
    <w:p w14:paraId="5839AA1E" w14:textId="787AAAA1" w:rsidR="00B1242F" w:rsidRPr="008B6EBF" w:rsidRDefault="008B6EBF">
      <w:pPr>
        <w:rPr>
          <w:lang w:val="fr-CA"/>
        </w:rPr>
      </w:pPr>
      <w:r w:rsidRPr="008B6EBF">
        <w:rPr>
          <w:lang w:val="fr-CA"/>
        </w:rPr>
        <w:lastRenderedPageBreak/>
        <w:t>☐ Je suis disposé(e) à respecter le code de vie et les règlements d'immeuble de la Coopérative, notamment ceux concernant les animaux de compagnie.</w:t>
      </w:r>
    </w:p>
    <w:p w14:paraId="13D2A61F" w14:textId="0DF7B1E6" w:rsidR="00D71BF7" w:rsidRPr="008738E9" w:rsidRDefault="00FF10F9">
      <w:pPr>
        <w:rPr>
          <w:lang w:val="fr-CA"/>
        </w:rPr>
      </w:pPr>
      <w:r w:rsidRPr="00C04BF0">
        <w:rPr>
          <w:lang w:val="fr-CA"/>
        </w:rPr>
        <w:t xml:space="preserve">☐ </w:t>
      </w:r>
      <w:r w:rsidRPr="008738E9">
        <w:rPr>
          <w:lang w:val="fr-CA"/>
        </w:rPr>
        <w:t>Je</w:t>
      </w:r>
      <w:r w:rsidR="008738E9" w:rsidRPr="008738E9">
        <w:rPr>
          <w:lang w:val="fr-CA"/>
        </w:rPr>
        <w:t xml:space="preserve"> comprends que des documents justificatifs, une entrevue et une vérification des antécédents judiciaires </w:t>
      </w:r>
      <w:r>
        <w:rPr>
          <w:lang w:val="fr-CA"/>
        </w:rPr>
        <w:t>seront</w:t>
      </w:r>
      <w:r w:rsidR="008738E9" w:rsidRPr="008738E9">
        <w:rPr>
          <w:lang w:val="fr-CA"/>
        </w:rPr>
        <w:t xml:space="preserve"> requis si je suis invité(e) à poursuivre le processus.</w:t>
      </w:r>
    </w:p>
    <w:p w14:paraId="3550C82A" w14:textId="695134B7" w:rsidR="00B1242F" w:rsidRPr="00A522B6" w:rsidRDefault="00B51C79">
      <w:pPr>
        <w:pStyle w:val="Titre1"/>
        <w:rPr>
          <w:lang w:val="fr-CA"/>
        </w:rPr>
      </w:pPr>
      <w:r w:rsidRPr="00C04BF0">
        <w:rPr>
          <w:lang w:val="fr-CA"/>
        </w:rPr>
        <w:t xml:space="preserve">7. </w:t>
      </w:r>
      <w:r w:rsidR="00A522B6" w:rsidRPr="00A522B6">
        <w:rPr>
          <w:lang w:val="fr-CA"/>
        </w:rPr>
        <w:t>Proche aidant qui vous accompagne dans cette démarche, s’il y a lieu</w:t>
      </w:r>
    </w:p>
    <w:p w14:paraId="771BBF3B" w14:textId="61AC25B4" w:rsidR="00B1242F" w:rsidRPr="00C04BF0" w:rsidRDefault="006B322C">
      <w:pPr>
        <w:rPr>
          <w:lang w:val="fr-CA"/>
        </w:rPr>
      </w:pPr>
      <w:r w:rsidRPr="006B322C">
        <w:rPr>
          <w:lang w:val="fr-CA"/>
        </w:rPr>
        <w:t>Si un proche aidant vous accompagne dans votre démarche, vous pouvez l’identifier ci-dessous et autoriser L’Envolée à communiquer avec cette personne au besoin</w:t>
      </w:r>
      <w:r w:rsidR="00B51C79" w:rsidRPr="00C04BF0">
        <w:rPr>
          <w:lang w:val="fr-CA"/>
        </w:rPr>
        <w:t>.</w:t>
      </w:r>
    </w:p>
    <w:p w14:paraId="7E8441AD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 xml:space="preserve">Nom : </w:t>
      </w:r>
      <w:r w:rsidRPr="00C04BF0">
        <w:rPr>
          <w:lang w:val="fr-CA"/>
        </w:rPr>
        <w:t>____________________________________________________________</w:t>
      </w:r>
    </w:p>
    <w:p w14:paraId="32D884CE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 xml:space="preserve">Lien avec vous : </w:t>
      </w:r>
      <w:r w:rsidRPr="00C04BF0">
        <w:rPr>
          <w:lang w:val="fr-CA"/>
        </w:rPr>
        <w:t>____________________________________________________________</w:t>
      </w:r>
    </w:p>
    <w:p w14:paraId="376BAF86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 xml:space="preserve">Courriel : </w:t>
      </w:r>
      <w:r w:rsidRPr="00C04BF0">
        <w:rPr>
          <w:lang w:val="fr-CA"/>
        </w:rPr>
        <w:t>____________________________________________________________</w:t>
      </w:r>
    </w:p>
    <w:p w14:paraId="3939759B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 xml:space="preserve">Téléphone : </w:t>
      </w:r>
      <w:r w:rsidRPr="00C04BF0">
        <w:rPr>
          <w:lang w:val="fr-CA"/>
        </w:rPr>
        <w:t>____________________________________________________________</w:t>
      </w:r>
    </w:p>
    <w:p w14:paraId="6C61918C" w14:textId="77777777" w:rsidR="00B1242F" w:rsidRPr="00C04BF0" w:rsidRDefault="00B51C79">
      <w:pPr>
        <w:pStyle w:val="Titre1"/>
        <w:rPr>
          <w:lang w:val="fr-CA"/>
        </w:rPr>
      </w:pPr>
      <w:r w:rsidRPr="00C04BF0">
        <w:rPr>
          <w:lang w:val="fr-CA"/>
        </w:rPr>
        <w:t>8. Confirmation</w:t>
      </w:r>
    </w:p>
    <w:p w14:paraId="7619AAAE" w14:textId="77777777" w:rsidR="00B1242F" w:rsidRPr="00C04BF0" w:rsidRDefault="00B51C79">
      <w:pPr>
        <w:rPr>
          <w:lang w:val="fr-CA"/>
        </w:rPr>
      </w:pPr>
      <w:r w:rsidRPr="00C04BF0">
        <w:rPr>
          <w:lang w:val="fr-CA"/>
        </w:rPr>
        <w:t>☐ Je confirme que les renseignements fournis sont exacts au meilleur de ma connaissance et j’autorise L’Envolée à les utiliser afin d’évaluer ma manifestation d’intérêt et de communiquer avec moi au sujet des prochaines étapes.</w:t>
      </w:r>
    </w:p>
    <w:p w14:paraId="51B5DB1B" w14:textId="77777777" w:rsidR="00B1242F" w:rsidRPr="00C04BF0" w:rsidRDefault="00B51C79">
      <w:pPr>
        <w:rPr>
          <w:lang w:val="fr-CA"/>
        </w:rPr>
      </w:pPr>
      <w:r w:rsidRPr="00C04BF0">
        <w:rPr>
          <w:b/>
          <w:lang w:val="fr-CA"/>
        </w:rPr>
        <w:t xml:space="preserve">Signature : </w:t>
      </w:r>
      <w:r w:rsidRPr="00C04BF0">
        <w:rPr>
          <w:lang w:val="fr-CA"/>
        </w:rPr>
        <w:t xml:space="preserve">________________________________________    </w:t>
      </w:r>
      <w:r w:rsidRPr="00C04BF0">
        <w:rPr>
          <w:b/>
          <w:lang w:val="fr-CA"/>
        </w:rPr>
        <w:t xml:space="preserve">Date : </w:t>
      </w:r>
      <w:r w:rsidRPr="00C04BF0">
        <w:rPr>
          <w:lang w:val="fr-CA"/>
        </w:rPr>
        <w:t>____________________</w:t>
      </w:r>
    </w:p>
    <w:p w14:paraId="4528AEA9" w14:textId="76EF1D49" w:rsidR="00B1242F" w:rsidRPr="00C04BF0" w:rsidRDefault="00B1242F">
      <w:pPr>
        <w:rPr>
          <w:lang w:val="fr-CA"/>
        </w:rPr>
      </w:pPr>
    </w:p>
    <w:sectPr w:rsidR="00B1242F" w:rsidRPr="00C04BF0" w:rsidSect="00E71E4E">
      <w:pgSz w:w="12240" w:h="15840"/>
      <w:pgMar w:top="1276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8799578">
    <w:abstractNumId w:val="8"/>
  </w:num>
  <w:num w:numId="2" w16cid:durableId="2088308746">
    <w:abstractNumId w:val="6"/>
  </w:num>
  <w:num w:numId="3" w16cid:durableId="649406359">
    <w:abstractNumId w:val="5"/>
  </w:num>
  <w:num w:numId="4" w16cid:durableId="753090170">
    <w:abstractNumId w:val="4"/>
  </w:num>
  <w:num w:numId="5" w16cid:durableId="1866091782">
    <w:abstractNumId w:val="7"/>
  </w:num>
  <w:num w:numId="6" w16cid:durableId="1129279488">
    <w:abstractNumId w:val="3"/>
  </w:num>
  <w:num w:numId="7" w16cid:durableId="1786583491">
    <w:abstractNumId w:val="2"/>
  </w:num>
  <w:num w:numId="8" w16cid:durableId="1197232852">
    <w:abstractNumId w:val="1"/>
  </w:num>
  <w:num w:numId="9" w16cid:durableId="298459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51CA"/>
    <w:rsid w:val="00033B6F"/>
    <w:rsid w:val="00034616"/>
    <w:rsid w:val="000429EA"/>
    <w:rsid w:val="00042CF9"/>
    <w:rsid w:val="000474C8"/>
    <w:rsid w:val="0006063C"/>
    <w:rsid w:val="00062BC0"/>
    <w:rsid w:val="000B49A6"/>
    <w:rsid w:val="0013265F"/>
    <w:rsid w:val="0015074B"/>
    <w:rsid w:val="0017128F"/>
    <w:rsid w:val="00194CCD"/>
    <w:rsid w:val="001A285F"/>
    <w:rsid w:val="001E6B95"/>
    <w:rsid w:val="0029639D"/>
    <w:rsid w:val="002A5928"/>
    <w:rsid w:val="00326F90"/>
    <w:rsid w:val="00334175"/>
    <w:rsid w:val="00362023"/>
    <w:rsid w:val="00433838"/>
    <w:rsid w:val="00472755"/>
    <w:rsid w:val="00481E40"/>
    <w:rsid w:val="00491C39"/>
    <w:rsid w:val="00531F19"/>
    <w:rsid w:val="005333C4"/>
    <w:rsid w:val="0057598C"/>
    <w:rsid w:val="005F01F1"/>
    <w:rsid w:val="00607EA4"/>
    <w:rsid w:val="00676F37"/>
    <w:rsid w:val="006B322C"/>
    <w:rsid w:val="006D7635"/>
    <w:rsid w:val="006F363C"/>
    <w:rsid w:val="00727CF7"/>
    <w:rsid w:val="0076794B"/>
    <w:rsid w:val="0077136B"/>
    <w:rsid w:val="007767FF"/>
    <w:rsid w:val="007A4479"/>
    <w:rsid w:val="007B290F"/>
    <w:rsid w:val="00844008"/>
    <w:rsid w:val="008510A0"/>
    <w:rsid w:val="008738E9"/>
    <w:rsid w:val="008B04D8"/>
    <w:rsid w:val="008B6EBF"/>
    <w:rsid w:val="008D7B8B"/>
    <w:rsid w:val="00922979"/>
    <w:rsid w:val="009B4453"/>
    <w:rsid w:val="009E43F2"/>
    <w:rsid w:val="00A522B6"/>
    <w:rsid w:val="00A53E40"/>
    <w:rsid w:val="00A65086"/>
    <w:rsid w:val="00A7628F"/>
    <w:rsid w:val="00AA1D8D"/>
    <w:rsid w:val="00B1242F"/>
    <w:rsid w:val="00B23310"/>
    <w:rsid w:val="00B47730"/>
    <w:rsid w:val="00B51C79"/>
    <w:rsid w:val="00B7342B"/>
    <w:rsid w:val="00BB1A5D"/>
    <w:rsid w:val="00BC6D8B"/>
    <w:rsid w:val="00C04BF0"/>
    <w:rsid w:val="00C07E5B"/>
    <w:rsid w:val="00CB0664"/>
    <w:rsid w:val="00CB1113"/>
    <w:rsid w:val="00D71BF7"/>
    <w:rsid w:val="00DD2266"/>
    <w:rsid w:val="00DF7E09"/>
    <w:rsid w:val="00E53E3D"/>
    <w:rsid w:val="00E71E4E"/>
    <w:rsid w:val="00EE3B32"/>
    <w:rsid w:val="00F22C29"/>
    <w:rsid w:val="00F40E4C"/>
    <w:rsid w:val="00F57057"/>
    <w:rsid w:val="00FC693F"/>
    <w:rsid w:val="00FD57BE"/>
    <w:rsid w:val="00FD6875"/>
    <w:rsid w:val="00FF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770722B7-BE29-4E62-B088-F0D3BD184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0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8B6E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613</Words>
  <Characters>4408</Characters>
  <Application>Microsoft Office Word</Application>
  <DocSecurity>0</DocSecurity>
  <Lines>78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Etienne Guay</cp:lastModifiedBy>
  <cp:revision>64</cp:revision>
  <dcterms:created xsi:type="dcterms:W3CDTF">2013-12-23T23:15:00Z</dcterms:created>
  <dcterms:modified xsi:type="dcterms:W3CDTF">2026-10-20T14:31:00Z</dcterms:modified>
  <cp:category/>
</cp:coreProperties>
</file>